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235E" w14:textId="77777777" w:rsidR="00BD1082" w:rsidRPr="001C3E99" w:rsidRDefault="00BD1082">
      <w:pPr>
        <w:rPr>
          <w:lang w:val="ro-RO"/>
        </w:rPr>
      </w:pPr>
    </w:p>
    <w:p w14:paraId="50CFB899" w14:textId="77777777" w:rsidR="00BD1082" w:rsidRPr="001C3E99" w:rsidRDefault="00BD1082">
      <w:pPr>
        <w:rPr>
          <w:lang w:val="ro-RO"/>
        </w:rPr>
      </w:pPr>
    </w:p>
    <w:p w14:paraId="602ABAA6" w14:textId="77777777" w:rsidR="00BD1082" w:rsidRPr="001C3E99" w:rsidRDefault="00BD1082">
      <w:pPr>
        <w:rPr>
          <w:lang w:val="ro-RO"/>
        </w:rPr>
      </w:pPr>
    </w:p>
    <w:p w14:paraId="6865A964" w14:textId="77777777" w:rsidR="00BD1082" w:rsidRPr="001C3E99" w:rsidRDefault="00BD1082">
      <w:pPr>
        <w:rPr>
          <w:lang w:val="ro-RO"/>
        </w:rPr>
      </w:pPr>
    </w:p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DE503A" w:rsidRPr="001C3E99" w14:paraId="5FE11E7C" w14:textId="77777777" w:rsidTr="00BD1082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CADC50F" w14:textId="77777777" w:rsidR="00DE503A" w:rsidRPr="001C3E99" w:rsidRDefault="00DE503A" w:rsidP="0050637D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59BF25F4" wp14:editId="151FF7A8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16D79AA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DE503A" w:rsidRPr="001C3E99" w14:paraId="1E129E82" w14:textId="77777777" w:rsidTr="00BD1082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5A5B6FEF" w14:textId="77777777" w:rsidR="00DE503A" w:rsidRPr="001C3E99" w:rsidRDefault="00DE503A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0E216EB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7C95E8D8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DE503A" w:rsidRPr="001C3E99" w14:paraId="28B3BC50" w14:textId="77777777" w:rsidTr="00BD1082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4B579FCB" w14:textId="77777777" w:rsidR="00DE503A" w:rsidRPr="001C3E99" w:rsidRDefault="00DE503A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B99FBEB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5D626A05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238A2134" w14:textId="77777777" w:rsidR="00DE503A" w:rsidRPr="001C3E99" w:rsidRDefault="00DE503A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05288423" w14:textId="77777777" w:rsidR="00DE503A" w:rsidRPr="001C3E99" w:rsidRDefault="00DE503A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7E61E7B0" w14:textId="77777777" w:rsidR="00DE503A" w:rsidRPr="001C3E99" w:rsidRDefault="00DE503A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0D0234E4" w14:textId="77777777" w:rsidR="00DE503A" w:rsidRPr="001C3E99" w:rsidRDefault="00DE503A" w:rsidP="0050637D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DE503A" w:rsidRPr="001C3E99" w14:paraId="5CC004DB" w14:textId="77777777" w:rsidTr="00BD1082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124C065B" w14:textId="77777777" w:rsidR="00DE503A" w:rsidRPr="001C3E99" w:rsidRDefault="00DE503A" w:rsidP="0050637D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99C9ADE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7EDE6E7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DE503A" w:rsidRPr="001C3E99" w14:paraId="574A5581" w14:textId="77777777" w:rsidTr="00BD1082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4D8736B3" w14:textId="77777777" w:rsidR="00DE503A" w:rsidRPr="001C3E99" w:rsidRDefault="00DE503A" w:rsidP="0050637D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1C3E99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18016BF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p w14:paraId="79F54518" w14:textId="77777777" w:rsidR="00BD4241" w:rsidRPr="001C3E99" w:rsidRDefault="00F302A2">
      <w:pPr>
        <w:spacing w:before="140" w:after="40"/>
        <w:jc w:val="center"/>
        <w:rPr>
          <w:rFonts w:ascii="Cambria" w:hAnsi="Cambria"/>
          <w:sz w:val="28"/>
          <w:szCs w:val="28"/>
          <w:lang w:val="ro-RO"/>
        </w:rPr>
      </w:pPr>
      <w:r w:rsidRPr="001C3E99">
        <w:rPr>
          <w:rFonts w:ascii="Cambria" w:hAnsi="Cambria"/>
          <w:b/>
          <w:sz w:val="28"/>
          <w:szCs w:val="28"/>
          <w:lang w:val="ro-RO"/>
        </w:rPr>
        <w:t>CERERE</w:t>
      </w:r>
    </w:p>
    <w:p w14:paraId="5168B443" w14:textId="77777777" w:rsidR="00BD4241" w:rsidRPr="001C3E99" w:rsidRDefault="00BD4241">
      <w:pPr>
        <w:spacing w:after="60"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D4241" w:rsidRPr="001C3E99" w14:paraId="5B8127F4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38D842A3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BD4241" w:rsidRPr="001C3E99" w14:paraId="224D3884" w14:textId="77777777" w:rsidTr="00BD1082">
        <w:trPr>
          <w:trHeight w:val="510"/>
          <w:jc w:val="center"/>
        </w:trPr>
        <w:tc>
          <w:tcPr>
            <w:tcW w:w="9636" w:type="dxa"/>
          </w:tcPr>
          <w:p w14:paraId="04E69316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Instituția</w:t>
            </w:r>
          </w:p>
          <w:p w14:paraId="1CA5657F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10337CF3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046C4EE0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077DE950" w14:textId="77777777" w:rsidR="00BD4241" w:rsidRPr="001C3E99" w:rsidRDefault="00F302A2">
            <w:pPr>
              <w:spacing w:line="228" w:lineRule="auto"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BD4241" w:rsidRPr="001C3E99" w14:paraId="6254D53F" w14:textId="77777777" w:rsidTr="00BD1082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2.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BD4241" w:rsidRPr="001C3E99" w14:paraId="7C34C75B" w14:textId="77777777" w:rsidTr="00BD1082">
        <w:trPr>
          <w:trHeight w:val="510"/>
          <w:jc w:val="center"/>
        </w:trPr>
        <w:tc>
          <w:tcPr>
            <w:tcW w:w="5621" w:type="dxa"/>
            <w:gridSpan w:val="5"/>
          </w:tcPr>
          <w:p w14:paraId="6B85CA98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06BA1AF7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CNP</w:t>
            </w:r>
          </w:p>
          <w:p w14:paraId="6F17B983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59B3BBBA" w14:textId="77777777" w:rsidTr="00BD1082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BD4241" w:rsidRPr="001C3E99" w14:paraId="642D4D2F" w14:textId="77777777" w:rsidTr="00BD1082">
        <w:trPr>
          <w:trHeight w:val="510"/>
          <w:jc w:val="center"/>
        </w:trPr>
        <w:tc>
          <w:tcPr>
            <w:tcW w:w="1606" w:type="dxa"/>
          </w:tcPr>
          <w:p w14:paraId="5F35C58E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Seria</w:t>
            </w:r>
          </w:p>
          <w:p w14:paraId="2CE8C383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78A133C8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Numărul</w:t>
            </w:r>
          </w:p>
          <w:p w14:paraId="5B4C6C87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Eliberat de</w:t>
            </w:r>
          </w:p>
          <w:p w14:paraId="0D7A84B1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3041307A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La data</w:t>
            </w:r>
          </w:p>
          <w:p w14:paraId="4FED784F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71F40872" w14:textId="77777777" w:rsidTr="00BD1082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BD4241" w:rsidRPr="001C3E99" w14:paraId="3933B7C8" w14:textId="77777777" w:rsidTr="00BD1082">
        <w:trPr>
          <w:trHeight w:val="510"/>
          <w:jc w:val="center"/>
        </w:trPr>
        <w:tc>
          <w:tcPr>
            <w:tcW w:w="3212" w:type="dxa"/>
            <w:gridSpan w:val="2"/>
          </w:tcPr>
          <w:p w14:paraId="39F4E2DE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Județul</w:t>
            </w:r>
          </w:p>
          <w:p w14:paraId="02B03665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12749B16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08E7A1B8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207F9BCC" w14:textId="77777777" w:rsidTr="00BD1082">
        <w:trPr>
          <w:trHeight w:val="510"/>
          <w:jc w:val="center"/>
        </w:trPr>
        <w:tc>
          <w:tcPr>
            <w:tcW w:w="3212" w:type="dxa"/>
            <w:gridSpan w:val="2"/>
          </w:tcPr>
          <w:p w14:paraId="101E4661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Strada</w:t>
            </w:r>
          </w:p>
          <w:p w14:paraId="747EBF17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3D75DCFA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Nr.</w:t>
            </w:r>
          </w:p>
          <w:p w14:paraId="6DAB33F7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5BF58011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Sc.</w:t>
            </w:r>
          </w:p>
          <w:p w14:paraId="743EF765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2EA5DB1F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Et.</w:t>
            </w:r>
          </w:p>
          <w:p w14:paraId="2BD410CD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01954877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Ap.</w:t>
            </w:r>
          </w:p>
          <w:p w14:paraId="5709B55A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2A7F1969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Cod poștal</w:t>
            </w:r>
          </w:p>
          <w:p w14:paraId="68FE9CAC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0ACD4FEC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Țara</w:t>
            </w:r>
          </w:p>
          <w:p w14:paraId="017FD79F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45AD70AC" w14:textId="77777777" w:rsidTr="00BD1082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BD4241" w:rsidRPr="001C3E99" w14:paraId="0056C1DA" w14:textId="77777777" w:rsidTr="00BD1082">
        <w:trPr>
          <w:trHeight w:val="510"/>
          <w:jc w:val="center"/>
        </w:trPr>
        <w:tc>
          <w:tcPr>
            <w:tcW w:w="4015" w:type="dxa"/>
            <w:gridSpan w:val="3"/>
          </w:tcPr>
          <w:p w14:paraId="29C8598B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Telefon / fax</w:t>
            </w:r>
          </w:p>
          <w:p w14:paraId="061FE1EC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E-mail</w:t>
            </w:r>
          </w:p>
          <w:p w14:paraId="53EB2E29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03BDA35B" w14:textId="77777777" w:rsidTr="00BD1082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Reprezentare</w:t>
            </w:r>
          </w:p>
        </w:tc>
      </w:tr>
      <w:tr w:rsidR="00BD4241" w:rsidRPr="001C3E99" w14:paraId="652BC137" w14:textId="77777777" w:rsidTr="00BD1082">
        <w:trPr>
          <w:trHeight w:val="510"/>
          <w:jc w:val="center"/>
        </w:trPr>
        <w:tc>
          <w:tcPr>
            <w:tcW w:w="6424" w:type="dxa"/>
            <w:gridSpan w:val="6"/>
          </w:tcPr>
          <w:p w14:paraId="1D308525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În calitate de reprezentant al</w:t>
            </w:r>
          </w:p>
          <w:p w14:paraId="6970A0EC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CUI / CIF</w:t>
            </w:r>
          </w:p>
          <w:p w14:paraId="793AF090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53ABF932" w14:textId="77777777" w:rsidTr="00BD1082">
        <w:trPr>
          <w:jc w:val="center"/>
        </w:trPr>
        <w:tc>
          <w:tcPr>
            <w:tcW w:w="9636" w:type="dxa"/>
            <w:gridSpan w:val="8"/>
          </w:tcPr>
          <w:p w14:paraId="5AA05364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titular al dreptului de proprietate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>mputernicit al titularului</w:t>
            </w:r>
          </w:p>
        </w:tc>
      </w:tr>
    </w:tbl>
    <w:p w14:paraId="0783D327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p w14:paraId="6748266E" w14:textId="77777777" w:rsidR="00BD4241" w:rsidRPr="001C3E99" w:rsidRDefault="00F302A2">
      <w:pPr>
        <w:spacing w:before="80" w:after="60"/>
        <w:jc w:val="center"/>
        <w:rPr>
          <w:rFonts w:ascii="Cambria" w:hAnsi="Cambria"/>
          <w:lang w:val="ro-RO"/>
        </w:rPr>
      </w:pPr>
      <w:r w:rsidRPr="001C3E99">
        <w:rPr>
          <w:rFonts w:ascii="Cambria" w:hAnsi="Cambria"/>
          <w:sz w:val="18"/>
          <w:lang w:val="ro-RO"/>
        </w:rPr>
        <w:t>în conformitate cu prevederile Legii nr. 169/2026 privind Codul amenajării teritoriului, urbanismului și construcțiilor,</w:t>
      </w:r>
    </w:p>
    <w:p w14:paraId="55F72AB1" w14:textId="77777777" w:rsidR="00BD4241" w:rsidRPr="001C3E99" w:rsidRDefault="00F302A2">
      <w:pPr>
        <w:spacing w:before="80" w:after="60"/>
        <w:jc w:val="center"/>
        <w:rPr>
          <w:rFonts w:ascii="Cambria" w:hAnsi="Cambria"/>
          <w:lang w:val="ro-RO"/>
        </w:rPr>
      </w:pPr>
      <w:r w:rsidRPr="001C3E99">
        <w:rPr>
          <w:rFonts w:ascii="Cambria" w:hAnsi="Cambria"/>
          <w:sz w:val="18"/>
          <w:lang w:val="ro-RO"/>
        </w:rPr>
        <w:t>solicit emiterea</w:t>
      </w:r>
    </w:p>
    <w:p w14:paraId="458BA7BA" w14:textId="77777777" w:rsidR="00917520" w:rsidRPr="001C3E99" w:rsidRDefault="00F302A2">
      <w:pPr>
        <w:spacing w:after="160"/>
        <w:jc w:val="center"/>
        <w:rPr>
          <w:rFonts w:ascii="Cambria" w:hAnsi="Cambria"/>
          <w:b/>
          <w:sz w:val="20"/>
          <w:lang w:val="ro-RO"/>
        </w:rPr>
      </w:pPr>
      <w:r w:rsidRPr="001C3E99">
        <w:rPr>
          <w:rFonts w:ascii="Cambria" w:hAnsi="Cambria"/>
          <w:b/>
          <w:sz w:val="20"/>
          <w:lang w:val="ro-RO"/>
        </w:rPr>
        <w:t>CERTIFICATULUI DE URBANISM</w:t>
      </w:r>
    </w:p>
    <w:p w14:paraId="062DB540" w14:textId="00B1F188" w:rsidR="00BD4241" w:rsidRPr="001C3E99" w:rsidRDefault="00F302A2">
      <w:pPr>
        <w:spacing w:after="160"/>
        <w:jc w:val="center"/>
        <w:rPr>
          <w:rFonts w:ascii="Cambria" w:hAnsi="Cambria"/>
          <w:b/>
          <w:sz w:val="20"/>
          <w:lang w:val="ro-RO"/>
        </w:rPr>
      </w:pPr>
      <w:r w:rsidRPr="001C3E99">
        <w:rPr>
          <w:rFonts w:ascii="Cambria" w:hAnsi="Cambria"/>
          <w:b/>
          <w:sz w:val="20"/>
          <w:lang w:val="ro-RO"/>
        </w:rPr>
        <w:t xml:space="preserve"> PENTRU</w:t>
      </w:r>
    </w:p>
    <w:p w14:paraId="44A1332E" w14:textId="12DABAD3" w:rsidR="00462384" w:rsidRPr="001C3E99" w:rsidRDefault="00917520">
      <w:pPr>
        <w:spacing w:after="160"/>
        <w:jc w:val="center"/>
        <w:rPr>
          <w:rFonts w:ascii="Cambria" w:hAnsi="Cambria"/>
          <w:b/>
          <w:sz w:val="20"/>
          <w:lang w:val="ro-RO"/>
        </w:rPr>
      </w:pPr>
      <w:r w:rsidRPr="001C3E99">
        <w:rPr>
          <w:rFonts w:ascii="Segoe UI Symbol" w:hAnsi="Segoe UI Symbol" w:cs="Segoe UI Symbol"/>
          <w:sz w:val="16"/>
          <w:lang w:val="ro-RO"/>
        </w:rPr>
        <w:t>☐</w:t>
      </w:r>
      <w:r w:rsidRPr="001C3E99">
        <w:rPr>
          <w:rFonts w:ascii="Cambria" w:hAnsi="Cambria" w:cs="Segoe UI Symbol"/>
          <w:sz w:val="16"/>
          <w:lang w:val="ro-RO"/>
        </w:rPr>
        <w:t xml:space="preserve"> </w:t>
      </w:r>
      <w:r w:rsidR="00462384" w:rsidRPr="001C3E99">
        <w:rPr>
          <w:rFonts w:ascii="Cambria" w:hAnsi="Cambria"/>
          <w:b/>
          <w:sz w:val="20"/>
          <w:lang w:val="ro-RO"/>
        </w:rPr>
        <w:t xml:space="preserve">CONSTRUIRE / </w:t>
      </w:r>
      <w:r w:rsidRPr="001C3E99">
        <w:rPr>
          <w:rFonts w:ascii="Segoe UI Symbol" w:hAnsi="Segoe UI Symbol" w:cs="Segoe UI Symbol"/>
          <w:sz w:val="16"/>
          <w:lang w:val="ro-RO"/>
        </w:rPr>
        <w:t>☐</w:t>
      </w:r>
      <w:r w:rsidRPr="001C3E99">
        <w:rPr>
          <w:rFonts w:ascii="Cambria" w:hAnsi="Cambria" w:cs="Segoe UI Symbol"/>
          <w:sz w:val="16"/>
          <w:lang w:val="ro-RO"/>
        </w:rPr>
        <w:t xml:space="preserve"> </w:t>
      </w:r>
      <w:r w:rsidR="00462384" w:rsidRPr="001C3E99">
        <w:rPr>
          <w:rFonts w:ascii="Cambria" w:hAnsi="Cambria"/>
          <w:b/>
          <w:sz w:val="20"/>
          <w:lang w:val="ro-RO"/>
        </w:rPr>
        <w:t>DESFIINȚARE</w:t>
      </w:r>
    </w:p>
    <w:p w14:paraId="6BCF1DD1" w14:textId="1CB91F6C" w:rsidR="00A256C2" w:rsidRPr="001C3E99" w:rsidRDefault="00A256C2" w:rsidP="00462384">
      <w:pPr>
        <w:spacing w:after="160"/>
        <w:jc w:val="center"/>
        <w:rPr>
          <w:rFonts w:ascii="Cambria" w:hAnsi="Cambria"/>
          <w:lang w:val="ro-RO"/>
        </w:rPr>
      </w:pPr>
      <w:r w:rsidRPr="001C3E99">
        <w:rPr>
          <w:rFonts w:ascii="Segoe UI Symbol" w:hAnsi="Segoe UI Symbol" w:cs="Segoe UI Symbol"/>
          <w:sz w:val="16"/>
          <w:lang w:val="ro-RO"/>
        </w:rPr>
        <w:t>☐</w:t>
      </w:r>
      <w:r w:rsidRPr="001C3E99">
        <w:rPr>
          <w:rFonts w:ascii="Cambria" w:hAnsi="Cambria"/>
          <w:sz w:val="16"/>
          <w:lang w:val="ro-RO"/>
        </w:rPr>
        <w:t xml:space="preserve"> pentru clădiri și amenajări  </w:t>
      </w:r>
      <w:r w:rsidR="00917520" w:rsidRPr="001C3E99">
        <w:rPr>
          <w:rFonts w:ascii="Cambria" w:hAnsi="Cambria"/>
          <w:sz w:val="16"/>
          <w:lang w:val="ro-RO"/>
        </w:rPr>
        <w:t>/</w:t>
      </w:r>
      <w:r w:rsidRPr="001C3E99">
        <w:rPr>
          <w:rFonts w:ascii="Cambria" w:hAnsi="Cambria"/>
          <w:sz w:val="16"/>
          <w:lang w:val="ro-RO"/>
        </w:rPr>
        <w:t xml:space="preserve">   </w:t>
      </w:r>
      <w:r w:rsidR="00462384" w:rsidRPr="001C3E99">
        <w:rPr>
          <w:rFonts w:ascii="Segoe UI Symbol" w:hAnsi="Segoe UI Symbol" w:cs="Segoe UI Symbol"/>
          <w:sz w:val="16"/>
          <w:lang w:val="ro-RO"/>
        </w:rPr>
        <w:t>☐</w:t>
      </w:r>
      <w:r w:rsidR="00462384" w:rsidRPr="001C3E99">
        <w:rPr>
          <w:rFonts w:ascii="Cambria" w:hAnsi="Cambria"/>
          <w:sz w:val="16"/>
          <w:lang w:val="ro-RO"/>
        </w:rPr>
        <w:t xml:space="preserve"> lucrări inginerești</w:t>
      </w:r>
      <w:r w:rsidR="00462384" w:rsidRPr="001C3E99">
        <w:rPr>
          <w:rFonts w:ascii="Cambria" w:hAnsi="Cambria"/>
          <w:lang w:val="ro-RO"/>
        </w:rPr>
        <w:t xml:space="preserve">  </w:t>
      </w:r>
      <w:r w:rsidR="00917520" w:rsidRPr="001C3E99">
        <w:rPr>
          <w:rFonts w:ascii="Cambria" w:hAnsi="Cambria"/>
          <w:lang w:val="ro-RO"/>
        </w:rPr>
        <w:t>/</w:t>
      </w:r>
      <w:r w:rsidR="00462384" w:rsidRPr="001C3E99">
        <w:rPr>
          <w:rFonts w:ascii="Cambria" w:hAnsi="Cambria"/>
          <w:lang w:val="ro-RO"/>
        </w:rPr>
        <w:t xml:space="preserve">   </w:t>
      </w:r>
      <w:r w:rsidRPr="001C3E99">
        <w:rPr>
          <w:rFonts w:ascii="Segoe UI Symbol" w:hAnsi="Segoe UI Symbol" w:cs="Segoe UI Symbol"/>
          <w:sz w:val="16"/>
          <w:lang w:val="ro-RO"/>
        </w:rPr>
        <w:t>☐</w:t>
      </w:r>
      <w:r w:rsidRPr="001C3E99">
        <w:rPr>
          <w:rFonts w:ascii="Cambria" w:hAnsi="Cambria"/>
          <w:sz w:val="16"/>
          <w:lang w:val="ro-RO"/>
        </w:rPr>
        <w:t xml:space="preserve"> pentru construc</w:t>
      </w:r>
      <w:r w:rsidRPr="001C3E99">
        <w:rPr>
          <w:rFonts w:ascii="Cambria" w:hAnsi="Cambria" w:cs="Times New Roman"/>
          <w:sz w:val="16"/>
          <w:lang w:val="ro-RO"/>
        </w:rPr>
        <w:t>ț</w:t>
      </w:r>
      <w:r w:rsidRPr="001C3E99">
        <w:rPr>
          <w:rFonts w:ascii="Cambria" w:hAnsi="Cambria"/>
          <w:sz w:val="16"/>
          <w:lang w:val="ro-RO"/>
        </w:rPr>
        <w:t>ii cu caracter special</w:t>
      </w:r>
    </w:p>
    <w:p w14:paraId="386D6A02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D4241" w:rsidRPr="001C3E99" w14:paraId="0F02257A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5888B12E" w14:textId="1131FE8E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în </w:t>
            </w:r>
            <w:r w:rsidR="00A256C2" w:rsidRPr="001C3E99">
              <w:rPr>
                <w:rFonts w:ascii="Cambria" w:hAnsi="Cambria"/>
                <w:sz w:val="16"/>
                <w:lang w:val="ro-RO"/>
              </w:rPr>
              <w:t>vederea realizării obiectivului de investiții</w:t>
            </w:r>
            <w:r w:rsidRPr="001C3E99">
              <w:rPr>
                <w:rFonts w:ascii="Cambria" w:hAnsi="Cambria"/>
                <w:sz w:val="16"/>
                <w:lang w:val="ro-RO"/>
              </w:rPr>
              <w:t>:</w:t>
            </w:r>
          </w:p>
        </w:tc>
      </w:tr>
      <w:tr w:rsidR="00BD4241" w:rsidRPr="001C3E99" w14:paraId="50990383" w14:textId="77777777" w:rsidTr="00BD1082">
        <w:trPr>
          <w:jc w:val="center"/>
        </w:trPr>
        <w:tc>
          <w:tcPr>
            <w:tcW w:w="9636" w:type="dxa"/>
          </w:tcPr>
          <w:p w14:paraId="60648525" w14:textId="77777777" w:rsidR="00BD4241" w:rsidRPr="001C3E99" w:rsidRDefault="00BD4241">
            <w:pPr>
              <w:pBdr>
                <w:bottom w:val="dotted" w:sz="6" w:space="0" w:color="999999"/>
              </w:pBdr>
              <w:spacing w:after="80"/>
              <w:rPr>
                <w:rFonts w:ascii="Cambria" w:hAnsi="Cambria"/>
                <w:lang w:val="ro-RO"/>
              </w:rPr>
            </w:pPr>
          </w:p>
          <w:p w14:paraId="0B54D5C1" w14:textId="77777777" w:rsidR="00BD4241" w:rsidRPr="001C3E99" w:rsidRDefault="00BD4241">
            <w:pPr>
              <w:pBdr>
                <w:bottom w:val="dotted" w:sz="6" w:space="0" w:color="999999"/>
              </w:pBdr>
              <w:spacing w:after="80"/>
              <w:rPr>
                <w:rFonts w:ascii="Cambria" w:hAnsi="Cambria"/>
                <w:lang w:val="ro-RO"/>
              </w:rPr>
            </w:pPr>
          </w:p>
        </w:tc>
      </w:tr>
    </w:tbl>
    <w:p w14:paraId="19288D7C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1607"/>
        <w:gridCol w:w="803"/>
        <w:gridCol w:w="803"/>
        <w:gridCol w:w="803"/>
        <w:gridCol w:w="2410"/>
      </w:tblGrid>
      <w:tr w:rsidR="00BD4241" w:rsidRPr="001C3E99" w14:paraId="02B56E76" w14:textId="77777777" w:rsidTr="00BD1082">
        <w:trPr>
          <w:jc w:val="center"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IMOBILUL/ELE</w:t>
            </w:r>
          </w:p>
        </w:tc>
      </w:tr>
      <w:tr w:rsidR="00BD4241" w:rsidRPr="001C3E99" w14:paraId="1CA69627" w14:textId="77777777" w:rsidTr="00BD1082">
        <w:trPr>
          <w:jc w:val="center"/>
        </w:trPr>
        <w:tc>
          <w:tcPr>
            <w:tcW w:w="9636" w:type="dxa"/>
            <w:gridSpan w:val="7"/>
          </w:tcPr>
          <w:p w14:paraId="055B5A5F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BD4241" w:rsidRPr="001C3E99" w14:paraId="4648DBC2" w14:textId="77777777" w:rsidTr="00BD1082">
        <w:trPr>
          <w:trHeight w:val="510"/>
          <w:jc w:val="center"/>
        </w:trPr>
        <w:tc>
          <w:tcPr>
            <w:tcW w:w="3212" w:type="dxa"/>
            <w:gridSpan w:val="2"/>
          </w:tcPr>
          <w:p w14:paraId="3DDB2402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Județ</w:t>
            </w:r>
          </w:p>
          <w:p w14:paraId="1B01471E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204B4E58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Sat / sector</w:t>
            </w:r>
          </w:p>
          <w:p w14:paraId="7568887B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413F74BA" w14:textId="77777777" w:rsidTr="00BD1082">
        <w:trPr>
          <w:trHeight w:val="510"/>
          <w:jc w:val="center"/>
        </w:trPr>
        <w:tc>
          <w:tcPr>
            <w:tcW w:w="1606" w:type="dxa"/>
          </w:tcPr>
          <w:p w14:paraId="74236BBA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Cod poștal</w:t>
            </w:r>
          </w:p>
          <w:p w14:paraId="0DE8BF00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Strada</w:t>
            </w:r>
          </w:p>
          <w:p w14:paraId="14FD81C0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5C6769DB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Nr.</w:t>
            </w:r>
          </w:p>
          <w:p w14:paraId="0654DEDD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00F671C5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09774FDD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06DC80B1" w14:textId="77777777" w:rsidTr="00BD1082">
        <w:trPr>
          <w:trHeight w:val="510"/>
          <w:jc w:val="center"/>
        </w:trPr>
        <w:tc>
          <w:tcPr>
            <w:tcW w:w="5621" w:type="dxa"/>
            <w:gridSpan w:val="4"/>
          </w:tcPr>
          <w:p w14:paraId="3A6DE5B1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Număr cadastral/ele</w:t>
            </w:r>
          </w:p>
          <w:p w14:paraId="2511787E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i/>
                <w:lang w:val="ro-RO"/>
              </w:rPr>
              <w:t>dacă imobilul e înscris în e-Terra</w:t>
            </w:r>
          </w:p>
          <w:p w14:paraId="2A482E4D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Carte funciară nr.</w:t>
            </w:r>
          </w:p>
          <w:p w14:paraId="5C821E97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BD4241" w:rsidRPr="001C3E99" w14:paraId="3BF4AAB7" w14:textId="77777777" w:rsidTr="00BD1082">
        <w:trPr>
          <w:trHeight w:val="510"/>
          <w:jc w:val="center"/>
        </w:trPr>
        <w:tc>
          <w:tcPr>
            <w:tcW w:w="4818" w:type="dxa"/>
            <w:gridSpan w:val="3"/>
          </w:tcPr>
          <w:p w14:paraId="5441C71D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Suprafața terenului (m²)</w:t>
            </w:r>
          </w:p>
          <w:p w14:paraId="7A8081F1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Suprafața construcției (m²)</w:t>
            </w:r>
          </w:p>
          <w:p w14:paraId="12AE18A8" w14:textId="77777777" w:rsidR="00BD4241" w:rsidRPr="001C3E99" w:rsidRDefault="00BD4241">
            <w:pPr>
              <w:keepNext/>
              <w:rPr>
                <w:rFonts w:ascii="Cambria" w:hAnsi="Cambria"/>
                <w:lang w:val="ro-RO"/>
              </w:rPr>
            </w:pPr>
          </w:p>
        </w:tc>
      </w:tr>
    </w:tbl>
    <w:p w14:paraId="05AFE76A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p w14:paraId="484D8D92" w14:textId="1F204895" w:rsidR="00BD4241" w:rsidRPr="001C3E99" w:rsidRDefault="00BD4241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D4241" w:rsidRPr="001C3E99" w14:paraId="59225C5D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623CFF7D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ÎNCADRAREA LUCRĂRILOR</w:t>
            </w:r>
          </w:p>
        </w:tc>
      </w:tr>
      <w:tr w:rsidR="00BD4241" w:rsidRPr="001C3E99" w14:paraId="6D8D566C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163E4297" w14:textId="25D66D26" w:rsidR="00BD4241" w:rsidRPr="001C3E99" w:rsidRDefault="00F302A2">
            <w:pPr>
              <w:keepNext/>
              <w:rPr>
                <w:rFonts w:ascii="Cambria" w:hAnsi="Cambria"/>
                <w:b/>
                <w:bCs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>A · Lucrări de construcții noi</w:t>
            </w:r>
          </w:p>
        </w:tc>
      </w:tr>
      <w:tr w:rsidR="00BD4241" w:rsidRPr="001C3E99" w14:paraId="4CBB7AF4" w14:textId="77777777" w:rsidTr="00BD1082">
        <w:trPr>
          <w:jc w:val="center"/>
        </w:trPr>
        <w:tc>
          <w:tcPr>
            <w:tcW w:w="9636" w:type="dxa"/>
          </w:tcPr>
          <w:p w14:paraId="62395695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cl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diri civile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cl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diri industriale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cl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diri agricole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>ii cu caracter special</w:t>
            </w:r>
          </w:p>
        </w:tc>
      </w:tr>
      <w:tr w:rsidR="00BD4241" w:rsidRPr="001C3E99" w14:paraId="00BD24BB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4F68C0E6" w14:textId="043F5594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="00917520" w:rsidRPr="001C3E99">
              <w:rPr>
                <w:rFonts w:ascii="Cambria" w:hAnsi="Cambria"/>
                <w:sz w:val="16"/>
                <w:lang w:val="ro-RO"/>
              </w:rPr>
              <w:t>r</w:t>
            </w:r>
            <w:r w:rsidRPr="001C3E99">
              <w:rPr>
                <w:rFonts w:ascii="Cambria" w:hAnsi="Cambria"/>
                <w:sz w:val="16"/>
                <w:lang w:val="ro-RO"/>
              </w:rPr>
              <w:t>ealizate</w:t>
            </w:r>
            <w:r w:rsidR="00A256C2" w:rsidRPr="001C3E99">
              <w:rPr>
                <w:rFonts w:ascii="Cambria" w:hAnsi="Cambria"/>
                <w:sz w:val="16"/>
                <w:lang w:val="ro-RO"/>
              </w:rPr>
              <w:t xml:space="preserve"> (se va bifa, în </w:t>
            </w:r>
            <w:proofErr w:type="spellStart"/>
            <w:r w:rsidR="00A256C2" w:rsidRPr="001C3E99">
              <w:rPr>
                <w:rFonts w:ascii="Cambria" w:hAnsi="Cambria"/>
                <w:sz w:val="16"/>
                <w:lang w:val="ro-RO"/>
              </w:rPr>
              <w:t>masura</w:t>
            </w:r>
            <w:proofErr w:type="spellEnd"/>
            <w:r w:rsidR="00A256C2" w:rsidRPr="001C3E99">
              <w:rPr>
                <w:rFonts w:ascii="Cambria" w:hAnsi="Cambria"/>
                <w:sz w:val="16"/>
                <w:lang w:val="ro-RO"/>
              </w:rPr>
              <w:t xml:space="preserve"> în care sunt cunoscute solicitantului informațiile cu privire la amplasarea în zona de protecție/protejată) </w:t>
            </w:r>
            <w:r w:rsidRPr="001C3E99">
              <w:rPr>
                <w:rFonts w:ascii="Cambria" w:hAnsi="Cambria"/>
                <w:sz w:val="16"/>
                <w:lang w:val="ro-RO"/>
              </w:rPr>
              <w:t>:</w:t>
            </w:r>
          </w:p>
        </w:tc>
      </w:tr>
      <w:tr w:rsidR="00BD4241" w:rsidRPr="001C3E99" w14:paraId="16707DF8" w14:textId="77777777" w:rsidTr="00BD1082">
        <w:trPr>
          <w:jc w:val="center"/>
        </w:trPr>
        <w:tc>
          <w:tcPr>
            <w:tcW w:w="9636" w:type="dxa"/>
          </w:tcPr>
          <w:p w14:paraId="1830A858" w14:textId="6C166497" w:rsidR="00A256C2" w:rsidRPr="001C3E99" w:rsidRDefault="00F302A2">
            <w:pPr>
              <w:keepNext/>
              <w:rPr>
                <w:rFonts w:ascii="Cambria" w:hAnsi="Cambria"/>
                <w:sz w:val="16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în afara zonei de protecție a monumentelor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>n zona de protec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ie a monumentelor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n afara zonelor construite protejate     </w:t>
            </w:r>
          </w:p>
          <w:p w14:paraId="7336BFFF" w14:textId="18BC78A2" w:rsidR="00BD4241" w:rsidRPr="001C3E99" w:rsidRDefault="00A256C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în zone construite protejate                         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nu sunt cunoscute solicitantului astfel de informații     </w:t>
            </w:r>
          </w:p>
        </w:tc>
      </w:tr>
      <w:tr w:rsidR="00BD4241" w:rsidRPr="001C3E99" w14:paraId="53A5BE4F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751C5C80" w14:textId="05C93D1A" w:rsidR="00917520" w:rsidRPr="001C3E99" w:rsidRDefault="00F302A2">
            <w:pPr>
              <w:keepNext/>
              <w:rPr>
                <w:rFonts w:ascii="Cambria" w:hAnsi="Cambria"/>
                <w:b/>
                <w:bCs/>
                <w:sz w:val="16"/>
                <w:lang w:val="ro-RO"/>
              </w:rPr>
            </w:pP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 xml:space="preserve"> B</w:t>
            </w:r>
            <w:r w:rsidR="00917520" w:rsidRPr="001C3E99">
              <w:rPr>
                <w:rFonts w:ascii="Cambria" w:hAnsi="Cambria"/>
                <w:b/>
                <w:bCs/>
                <w:sz w:val="16"/>
                <w:lang w:val="ro-RO"/>
              </w:rPr>
              <w:t>.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 xml:space="preserve"> ·Intervenții asupra construcțiilor existente</w:t>
            </w:r>
            <w:r w:rsidR="00917520" w:rsidRPr="001C3E99">
              <w:rPr>
                <w:rFonts w:ascii="Cambria" w:hAnsi="Cambria"/>
                <w:b/>
                <w:bCs/>
                <w:sz w:val="16"/>
                <w:lang w:val="ro-RO"/>
              </w:rPr>
              <w:t xml:space="preserve"> realizate : </w:t>
            </w:r>
          </w:p>
          <w:p w14:paraId="749D5A7F" w14:textId="7913D592" w:rsidR="00BD4241" w:rsidRPr="001C3E99" w:rsidRDefault="00917520">
            <w:pPr>
              <w:keepNext/>
              <w:rPr>
                <w:rFonts w:ascii="Cambria" w:hAnsi="Cambria"/>
                <w:b/>
                <w:bCs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>B.1. la alte clădiri decât cele prevăzute la lit. B.2) și B.3)</w:t>
            </w:r>
          </w:p>
        </w:tc>
      </w:tr>
      <w:tr w:rsidR="00BD4241" w:rsidRPr="001C3E99" w14:paraId="68DB9200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43929143" w14:textId="09946C98" w:rsidR="00BD4241" w:rsidRPr="001C3E99" w:rsidRDefault="00F302A2">
            <w:pPr>
              <w:keepNext/>
              <w:rPr>
                <w:rFonts w:ascii="Cambria" w:hAnsi="Cambria"/>
                <w:b/>
                <w:bCs/>
                <w:sz w:val="16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="00917520"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="00917520"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 xml:space="preserve">B.2 </w:t>
            </w:r>
            <w:r w:rsidR="00917520" w:rsidRPr="001C3E99">
              <w:rPr>
                <w:rFonts w:ascii="Cambria" w:hAnsi="Cambria"/>
                <w:b/>
                <w:bCs/>
                <w:sz w:val="16"/>
                <w:lang w:val="ro-RO"/>
              </w:rPr>
              <w:t>.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>·l</w:t>
            </w:r>
            <w:r w:rsidR="00917520" w:rsidRPr="001C3E99">
              <w:rPr>
                <w:rFonts w:ascii="Cambria" w:hAnsi="Cambria"/>
                <w:b/>
                <w:bCs/>
                <w:sz w:val="16"/>
                <w:lang w:val="ro-RO"/>
              </w:rPr>
              <w:t>a construcții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>:</w:t>
            </w:r>
          </w:p>
        </w:tc>
      </w:tr>
      <w:tr w:rsidR="00BD4241" w:rsidRPr="001C3E99" w14:paraId="38C10CCA" w14:textId="77777777" w:rsidTr="00BD1082">
        <w:trPr>
          <w:jc w:val="center"/>
        </w:trPr>
        <w:tc>
          <w:tcPr>
            <w:tcW w:w="9636" w:type="dxa"/>
          </w:tcPr>
          <w:p w14:paraId="4A7D01F6" w14:textId="75013ED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:rsidRPr="001C3E99" w14:paraId="68A8984F" w14:textId="77777777" w:rsidTr="00BD1082">
        <w:trPr>
          <w:jc w:val="center"/>
        </w:trPr>
        <w:tc>
          <w:tcPr>
            <w:tcW w:w="9636" w:type="dxa"/>
          </w:tcPr>
          <w:p w14:paraId="611473BA" w14:textId="6A0B37E4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aflate în zona de protecție a monumentelor istorice</w:t>
            </w:r>
          </w:p>
        </w:tc>
      </w:tr>
      <w:tr w:rsidR="00BD4241" w:rsidRPr="001C3E99" w14:paraId="2E03D770" w14:textId="77777777" w:rsidTr="00BD1082">
        <w:trPr>
          <w:jc w:val="center"/>
        </w:trPr>
        <w:tc>
          <w:tcPr>
            <w:tcW w:w="9636" w:type="dxa"/>
          </w:tcPr>
          <w:p w14:paraId="26E80490" w14:textId="059D6448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aflate în zone construite protejate, stabilite potrivit legii</w:t>
            </w:r>
          </w:p>
        </w:tc>
      </w:tr>
      <w:tr w:rsidR="00BD4241" w:rsidRPr="001C3E99" w14:paraId="399BC221" w14:textId="77777777" w:rsidTr="00BD1082">
        <w:trPr>
          <w:jc w:val="center"/>
        </w:trPr>
        <w:tc>
          <w:tcPr>
            <w:tcW w:w="9636" w:type="dxa"/>
          </w:tcPr>
          <w:p w14:paraId="646CB655" w14:textId="3A8D83ED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cu valoare arhitecturală sau istorică deosebită, stabilite prin documentații de urbanism aprobate</w:t>
            </w:r>
          </w:p>
        </w:tc>
      </w:tr>
      <w:tr w:rsidR="00BD4241" w:rsidRPr="001C3E99" w14:paraId="0E0553C6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2773515E" w14:textId="1E16CC47" w:rsidR="00BD4241" w:rsidRPr="001C3E99" w:rsidRDefault="00917520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b/>
                <w:bCs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b/>
                <w:bCs/>
                <w:sz w:val="16"/>
                <w:lang w:val="ro-RO"/>
              </w:rPr>
              <w:t xml:space="preserve">  B.3 · la clădiri / construcții cu caracter special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       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altele decât cele stabilite la lit. B.2)</w:t>
            </w:r>
          </w:p>
        </w:tc>
      </w:tr>
      <w:tr w:rsidR="00BD4241" w:rsidRPr="001C3E99" w14:paraId="239F77F8" w14:textId="77777777" w:rsidTr="00BD1082">
        <w:trPr>
          <w:jc w:val="center"/>
        </w:trPr>
        <w:tc>
          <w:tcPr>
            <w:tcW w:w="9636" w:type="dxa"/>
          </w:tcPr>
          <w:p w14:paraId="7D6B977C" w14:textId="5D3DCD24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="00917520" w:rsidRPr="001C3E99">
              <w:rPr>
                <w:rFonts w:ascii="Cambria" w:hAnsi="Cambria"/>
                <w:sz w:val="16"/>
                <w:lang w:val="ro-RO"/>
              </w:rPr>
              <w:t xml:space="preserve">                                                                                                </w:t>
            </w:r>
            <w:r w:rsidR="00917520"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="00917520" w:rsidRPr="001C3E99">
              <w:rPr>
                <w:rFonts w:ascii="Cambria" w:hAnsi="Cambria"/>
                <w:sz w:val="16"/>
                <w:lang w:val="ro-RO"/>
              </w:rPr>
              <w:t xml:space="preserve"> din categoria celor stabilite la lit. B.2)</w:t>
            </w:r>
          </w:p>
        </w:tc>
      </w:tr>
      <w:tr w:rsidR="00BD4241" w:rsidRPr="001C3E99" w14:paraId="61FD499A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37CA2BC1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C · Amenajări</w:t>
            </w:r>
          </w:p>
        </w:tc>
      </w:tr>
      <w:tr w:rsidR="00BD4241" w:rsidRPr="001C3E99" w14:paraId="34F7FA5C" w14:textId="77777777" w:rsidTr="00BD1082">
        <w:trPr>
          <w:jc w:val="center"/>
        </w:trPr>
        <w:tc>
          <w:tcPr>
            <w:tcW w:w="9636" w:type="dxa"/>
          </w:tcPr>
          <w:p w14:paraId="4CFD8584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amenaj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ri civile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amenaj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ri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ș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>mbun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>t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ăț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iri funciare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ii provizorii / cu caracter temporar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cercetarea / prospectarea terenurilor, foraje, excav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ri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cercet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>ri pentru z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>c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minte naturale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spa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ii verzi, plantate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spa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ii publice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organizare de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ș</w:t>
            </w:r>
            <w:r w:rsidRPr="001C3E99">
              <w:rPr>
                <w:rFonts w:ascii="Cambria" w:hAnsi="Cambria"/>
                <w:sz w:val="16"/>
                <w:lang w:val="ro-RO"/>
              </w:rPr>
              <w:t>antier</w:t>
            </w:r>
          </w:p>
        </w:tc>
      </w:tr>
      <w:tr w:rsidR="00BD4241" w:rsidRPr="001C3E99" w14:paraId="18FED438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284C7A5C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D · Lucrări inginerești</w:t>
            </w:r>
          </w:p>
        </w:tc>
      </w:tr>
      <w:tr w:rsidR="00BD4241" w:rsidRPr="001C3E99" w14:paraId="4831990D" w14:textId="77777777" w:rsidTr="00BD1082">
        <w:trPr>
          <w:jc w:val="center"/>
        </w:trPr>
        <w:tc>
          <w:tcPr>
            <w:tcW w:w="9636" w:type="dxa"/>
          </w:tcPr>
          <w:p w14:paraId="0320360C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infrastructură de transport</w:t>
            </w:r>
          </w:p>
          <w:p w14:paraId="05C62BB3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infrastructură energetică</w:t>
            </w:r>
          </w:p>
          <w:p w14:paraId="1E87347E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rețele de comunicații electronice</w:t>
            </w:r>
          </w:p>
          <w:p w14:paraId="43F594AA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gospodărirea apelor</w:t>
            </w:r>
          </w:p>
          <w:p w14:paraId="3F55129D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hidrotehnice</w:t>
            </w:r>
          </w:p>
          <w:p w14:paraId="3DB7F2E4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miniere</w:t>
            </w:r>
          </w:p>
          <w:p w14:paraId="54EDF735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alte lucrări inginerești necesare realizării unor obiective de interes public</w:t>
            </w:r>
          </w:p>
        </w:tc>
      </w:tr>
    </w:tbl>
    <w:p w14:paraId="31C957AC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D4241" w:rsidRPr="001C3E99" w14:paraId="581ADD5E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1435340F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SE ANEXEAZĂ</w:t>
            </w:r>
          </w:p>
        </w:tc>
      </w:tr>
      <w:tr w:rsidR="00BD4241" w:rsidRPr="001C3E99" w14:paraId="5B0ED88D" w14:textId="77777777" w:rsidTr="00BD1082">
        <w:trPr>
          <w:jc w:val="center"/>
        </w:trPr>
        <w:tc>
          <w:tcPr>
            <w:tcW w:w="9636" w:type="dxa"/>
          </w:tcPr>
          <w:p w14:paraId="19DE41B0" w14:textId="77777777" w:rsidR="00200AB0" w:rsidRPr="001C3E99" w:rsidRDefault="00F302A2">
            <w:pPr>
              <w:rPr>
                <w:rFonts w:ascii="Cambria" w:hAnsi="Cambria"/>
                <w:sz w:val="16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extras de carte funciar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actualizat     </w:t>
            </w:r>
          </w:p>
          <w:p w14:paraId="0D86EE92" w14:textId="62B10523" w:rsidR="00A256C2" w:rsidRPr="001C3E99" w:rsidRDefault="00200AB0">
            <w:pPr>
              <w:rPr>
                <w:rFonts w:ascii="Cambria" w:hAnsi="Cambria"/>
                <w:sz w:val="16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plan de situație propus, cu amprenta la sol a corpurilor</w:t>
            </w:r>
            <w:r w:rsidR="00A256C2" w:rsidRPr="001C3E99">
              <w:rPr>
                <w:rFonts w:ascii="Cambria" w:hAnsi="Cambria"/>
                <w:sz w:val="16"/>
                <w:lang w:val="ro-RO"/>
              </w:rPr>
              <w:t xml:space="preserve"> de clădire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propuse spre construire /desființare / extindere</w:t>
            </w:r>
            <w:r w:rsidR="00A256C2"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   </w:t>
            </w:r>
          </w:p>
          <w:p w14:paraId="19AB48A6" w14:textId="5112B693" w:rsidR="00BD4241" w:rsidRPr="001C3E99" w:rsidRDefault="00A256C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plan de încadrare în zonă</w:t>
            </w:r>
            <w:r w:rsidR="00745F29" w:rsidRPr="001C3E99">
              <w:rPr>
                <w:rFonts w:ascii="Cambria" w:hAnsi="Cambria"/>
                <w:sz w:val="16"/>
                <w:lang w:val="ro-RO"/>
              </w:rPr>
              <w:t xml:space="preserve"> în sistem Stereo 70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descrierea succint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a investi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ț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iei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>mputernicirea, dac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este cazul</w:t>
            </w:r>
          </w:p>
        </w:tc>
      </w:tr>
    </w:tbl>
    <w:p w14:paraId="639687AA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D4241" w:rsidRPr="001C3E99" w14:paraId="387B745F" w14:textId="77777777" w:rsidTr="00BD1082">
        <w:trPr>
          <w:jc w:val="center"/>
        </w:trPr>
        <w:tc>
          <w:tcPr>
            <w:tcW w:w="9636" w:type="dxa"/>
            <w:shd w:val="clear" w:color="auto" w:fill="F4F4F4"/>
          </w:tcPr>
          <w:p w14:paraId="20DF7AEC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6.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COMUNICAREA RĂSPUNSULUI</w:t>
            </w:r>
          </w:p>
        </w:tc>
      </w:tr>
      <w:tr w:rsidR="00BD4241" w:rsidRPr="001C3E99" w14:paraId="7F3B093B" w14:textId="77777777" w:rsidTr="00BD1082">
        <w:trPr>
          <w:jc w:val="center"/>
        </w:trPr>
        <w:tc>
          <w:tcPr>
            <w:tcW w:w="9636" w:type="dxa"/>
          </w:tcPr>
          <w:p w14:paraId="732C22AC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>n format scris, prin po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ș</w:t>
            </w:r>
            <w:r w:rsidRPr="001C3E99">
              <w:rPr>
                <w:rFonts w:ascii="Cambria" w:hAnsi="Cambria"/>
                <w:sz w:val="16"/>
                <w:lang w:val="ro-RO"/>
              </w:rPr>
              <w:t>t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î</w:t>
            </w:r>
            <w:r w:rsidRPr="001C3E99">
              <w:rPr>
                <w:rFonts w:ascii="Cambria" w:hAnsi="Cambria"/>
                <w:sz w:val="16"/>
                <w:lang w:val="ro-RO"/>
              </w:rPr>
              <w:t>n format digital, la adresa de e-mail indicat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    </w:t>
            </w:r>
            <w:r w:rsidRPr="001C3E9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1C3E99">
              <w:rPr>
                <w:rFonts w:ascii="Cambria" w:hAnsi="Cambria"/>
                <w:sz w:val="16"/>
                <w:lang w:val="ro-RO"/>
              </w:rPr>
              <w:t xml:space="preserve"> ridicare de la sediul autorit</w:t>
            </w:r>
            <w:r w:rsidRPr="001C3E99">
              <w:rPr>
                <w:rFonts w:ascii="Cambria" w:hAnsi="Cambria" w:cs="Cambria"/>
                <w:sz w:val="16"/>
                <w:lang w:val="ro-RO"/>
              </w:rPr>
              <w:t>ăț</w:t>
            </w:r>
            <w:r w:rsidRPr="001C3E99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</w:tbl>
    <w:p w14:paraId="16DE1A3E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BD4241" w:rsidRPr="001C3E99" w14:paraId="0930033A" w14:textId="77777777" w:rsidTr="00BD1082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1C3E99" w:rsidRDefault="00F302A2">
            <w:pPr>
              <w:keepNext/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sz w:val="16"/>
                <w:lang w:val="ro-RO"/>
              </w:rPr>
              <w:t xml:space="preserve"> 7. </w:t>
            </w:r>
            <w:r w:rsidRPr="001C3E99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BD4241" w:rsidRPr="001C3E99" w14:paraId="334442A2" w14:textId="77777777" w:rsidTr="00BD1082">
        <w:trPr>
          <w:trHeight w:val="510"/>
          <w:jc w:val="center"/>
        </w:trPr>
        <w:tc>
          <w:tcPr>
            <w:tcW w:w="1606" w:type="dxa"/>
          </w:tcPr>
          <w:p w14:paraId="11F88630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Data</w:t>
            </w:r>
          </w:p>
          <w:p w14:paraId="0640A92C" w14:textId="77777777" w:rsidR="00BD4241" w:rsidRPr="001C3E99" w:rsidRDefault="00BD4241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79A6A644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Solicitantul</w:t>
            </w:r>
          </w:p>
          <w:p w14:paraId="09458222" w14:textId="77777777" w:rsidR="00BD4241" w:rsidRPr="001C3E99" w:rsidRDefault="00BD4241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4A9DF68B" w14:textId="77777777" w:rsidR="00BD4241" w:rsidRPr="001C3E99" w:rsidRDefault="00F302A2">
            <w:pPr>
              <w:rPr>
                <w:rFonts w:ascii="Cambria" w:hAnsi="Cambria"/>
                <w:lang w:val="ro-RO"/>
              </w:rPr>
            </w:pPr>
            <w:r w:rsidRPr="001C3E99">
              <w:rPr>
                <w:rFonts w:ascii="Cambria" w:hAnsi="Cambria"/>
                <w:b/>
                <w:lang w:val="ro-RO"/>
              </w:rPr>
              <w:t>Semnătura</w:t>
            </w:r>
          </w:p>
          <w:p w14:paraId="29080212" w14:textId="77777777" w:rsidR="00BD4241" w:rsidRPr="001C3E99" w:rsidRDefault="00BD4241">
            <w:pPr>
              <w:rPr>
                <w:rFonts w:ascii="Cambria" w:hAnsi="Cambria"/>
                <w:lang w:val="ro-RO"/>
              </w:rPr>
            </w:pPr>
          </w:p>
        </w:tc>
      </w:tr>
    </w:tbl>
    <w:p w14:paraId="5CBD0F60" w14:textId="77777777" w:rsidR="00BD4241" w:rsidRPr="001C3E99" w:rsidRDefault="00BD4241">
      <w:pPr>
        <w:spacing w:line="168" w:lineRule="auto"/>
        <w:rPr>
          <w:rFonts w:ascii="Cambria" w:hAnsi="Cambria"/>
          <w:lang w:val="ro-RO"/>
        </w:rPr>
      </w:pPr>
    </w:p>
    <w:sectPr w:rsidR="00BD4241" w:rsidRPr="001C3E99" w:rsidSect="00BD1082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D68E" w14:textId="77777777" w:rsidR="00F261EA" w:rsidRDefault="00F261EA">
      <w:r>
        <w:separator/>
      </w:r>
    </w:p>
  </w:endnote>
  <w:endnote w:type="continuationSeparator" w:id="0">
    <w:p w14:paraId="003B0B1F" w14:textId="77777777" w:rsidR="00F261EA" w:rsidRDefault="00F2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F302A2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6597B" w14:textId="77777777" w:rsidR="00F261EA" w:rsidRDefault="00F261EA">
      <w:r>
        <w:separator/>
      </w:r>
    </w:p>
  </w:footnote>
  <w:footnote w:type="continuationSeparator" w:id="0">
    <w:p w14:paraId="3C2D8685" w14:textId="77777777" w:rsidR="00F261EA" w:rsidRDefault="00F26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68DC"/>
    <w:rsid w:val="0011444F"/>
    <w:rsid w:val="0015074B"/>
    <w:rsid w:val="001C3E99"/>
    <w:rsid w:val="00200AB0"/>
    <w:rsid w:val="00232B9E"/>
    <w:rsid w:val="0029639D"/>
    <w:rsid w:val="002A0B43"/>
    <w:rsid w:val="00326F90"/>
    <w:rsid w:val="004232B2"/>
    <w:rsid w:val="004408E8"/>
    <w:rsid w:val="00462384"/>
    <w:rsid w:val="006C103E"/>
    <w:rsid w:val="006F2308"/>
    <w:rsid w:val="00745F29"/>
    <w:rsid w:val="00850B64"/>
    <w:rsid w:val="00917520"/>
    <w:rsid w:val="009511F8"/>
    <w:rsid w:val="00A256C2"/>
    <w:rsid w:val="00AA1D8D"/>
    <w:rsid w:val="00B47730"/>
    <w:rsid w:val="00BD1082"/>
    <w:rsid w:val="00BD4241"/>
    <w:rsid w:val="00CB0664"/>
    <w:rsid w:val="00D50DD0"/>
    <w:rsid w:val="00D54CAE"/>
    <w:rsid w:val="00DE503A"/>
    <w:rsid w:val="00F261EA"/>
    <w:rsid w:val="00F302A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4</cp:revision>
  <dcterms:created xsi:type="dcterms:W3CDTF">2013-12-23T23:15:00Z</dcterms:created>
  <dcterms:modified xsi:type="dcterms:W3CDTF">2026-08-30T08:26:00Z</dcterms:modified>
  <cp:category/>
</cp:coreProperties>
</file>